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E65C" w14:textId="77777777" w:rsidR="009579EA" w:rsidRDefault="00000000">
      <w:pPr>
        <w:pStyle w:val="Title"/>
      </w:pPr>
      <w:r>
        <w:t>Educational Enrichment Center DE</w:t>
      </w:r>
    </w:p>
    <w:p w14:paraId="26E72F64" w14:textId="77777777" w:rsidR="009579EA" w:rsidRDefault="00000000">
      <w:r>
        <w:t>730 Halstead Road | Wilmington, DE 19803 | www.eecde.org | 302-478-8697</w:t>
      </w:r>
    </w:p>
    <w:p w14:paraId="0E11CC40" w14:textId="77777777" w:rsidR="009579EA" w:rsidRDefault="00000000">
      <w:pPr>
        <w:pStyle w:val="Heading1"/>
      </w:pPr>
      <w:r>
        <w:t>2026–2027 Student Application</w:t>
      </w:r>
    </w:p>
    <w:p w14:paraId="5BD55A36" w14:textId="77777777" w:rsidR="009579EA" w:rsidRDefault="00000000">
      <w:r>
        <w:t>Child Information</w:t>
      </w:r>
    </w:p>
    <w:p w14:paraId="22F2B4D7" w14:textId="77777777" w:rsidR="009579EA" w:rsidRDefault="00000000">
      <w:r>
        <w:t>Child’s Name: ________________________________   Birth/Due Date: ______________</w:t>
      </w:r>
    </w:p>
    <w:p w14:paraId="5410732C" w14:textId="77777777" w:rsidR="009579EA" w:rsidRDefault="00000000">
      <w:r>
        <w:t>Requested Enrollment Date: __________________   Schedule Requested: Full Time / MWF / TH</w:t>
      </w:r>
    </w:p>
    <w:p w14:paraId="161F3B60" w14:textId="77777777" w:rsidR="009579EA" w:rsidRDefault="00000000">
      <w:r>
        <w:t>Address: ______________________________________________________________</w:t>
      </w:r>
    </w:p>
    <w:p w14:paraId="473583ED" w14:textId="77777777" w:rsidR="009579EA" w:rsidRDefault="00000000">
      <w:r>
        <w:br/>
        <w:t>Parent/Guardian Information</w:t>
      </w:r>
    </w:p>
    <w:p w14:paraId="6B1301D2" w14:textId="77777777" w:rsidR="009579EA" w:rsidRDefault="00000000">
      <w:r>
        <w:t>Parent Name: ________________________________   Cell: __________________</w:t>
      </w:r>
    </w:p>
    <w:p w14:paraId="5339D69D" w14:textId="77777777" w:rsidR="009579EA" w:rsidRDefault="00000000">
      <w:r>
        <w:t>Employer: _________________________________   Work Phone: ______________</w:t>
      </w:r>
    </w:p>
    <w:p w14:paraId="6CEB3281" w14:textId="77777777" w:rsidR="009579EA" w:rsidRDefault="00000000">
      <w:r>
        <w:t>Email: ____________________________________</w:t>
      </w:r>
    </w:p>
    <w:p w14:paraId="15FD672B" w14:textId="77777777" w:rsidR="009579EA" w:rsidRDefault="00000000">
      <w:r>
        <w:br/>
        <w:t>Parent Name: ________________________________   Cell: __________________</w:t>
      </w:r>
    </w:p>
    <w:p w14:paraId="356B8A1B" w14:textId="77777777" w:rsidR="009579EA" w:rsidRDefault="00000000">
      <w:r>
        <w:t>Employer: _________________________________   Work Phone: ______________</w:t>
      </w:r>
    </w:p>
    <w:p w14:paraId="799DEB19" w14:textId="77777777" w:rsidR="009579EA" w:rsidRDefault="00000000">
      <w:r>
        <w:t>Email: ____________________________________</w:t>
      </w:r>
    </w:p>
    <w:p w14:paraId="3A510E40" w14:textId="77777777" w:rsidR="009579EA" w:rsidRDefault="00000000">
      <w:r>
        <w:br/>
        <w:t>Additional Information</w:t>
      </w:r>
    </w:p>
    <w:p w14:paraId="529C83F1" w14:textId="77777777" w:rsidR="009579EA" w:rsidRDefault="00000000">
      <w:r>
        <w:t>How did you hear about us? ____________________________________________</w:t>
      </w:r>
    </w:p>
    <w:p w14:paraId="597E9475" w14:textId="77777777" w:rsidR="009579EA" w:rsidRDefault="00000000">
      <w:r>
        <w:t>Tour Date: __________________   Staff Member: __________________________</w:t>
      </w:r>
    </w:p>
    <w:p w14:paraId="68123986" w14:textId="77777777" w:rsidR="009579EA" w:rsidRDefault="00000000">
      <w:r>
        <w:br/>
        <w:t>Application Fee</w:t>
      </w:r>
    </w:p>
    <w:p w14:paraId="1E35AE89" w14:textId="77777777" w:rsidR="009579EA" w:rsidRDefault="00000000">
      <w:r>
        <w:t>A non-refundable application fee of $75 is required. (Waived for currently enrolled EEC families)</w:t>
      </w:r>
    </w:p>
    <w:p w14:paraId="0C7583FB" w14:textId="77777777" w:rsidR="009579EA" w:rsidRDefault="00000000">
      <w:r>
        <w:t>☐ Please invoice me</w:t>
      </w:r>
    </w:p>
    <w:p w14:paraId="1354EF3B" w14:textId="77777777" w:rsidR="009579EA" w:rsidRDefault="00000000">
      <w:r>
        <w:t>☐ Subscribe to EEC monthly newsletter</w:t>
      </w:r>
    </w:p>
    <w:p w14:paraId="3C6A6301" w14:textId="77777777" w:rsidR="009579EA" w:rsidRDefault="00000000">
      <w:r>
        <w:lastRenderedPageBreak/>
        <w:br/>
        <w:t>Signature: ________________________________   Date: ______________</w:t>
      </w:r>
    </w:p>
    <w:p w14:paraId="5864FC85" w14:textId="77777777" w:rsidR="009579EA" w:rsidRDefault="00000000">
      <w:pPr>
        <w:pStyle w:val="Heading2"/>
      </w:pPr>
      <w:r>
        <w:t>2026–2027 Tuition Rates (Effective September 1, 2026)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579EA" w14:paraId="26138E81" w14:textId="77777777">
        <w:tc>
          <w:tcPr>
            <w:tcW w:w="2160" w:type="dxa"/>
          </w:tcPr>
          <w:p w14:paraId="35386E62" w14:textId="77777777" w:rsidR="009579EA" w:rsidRDefault="00000000">
            <w:r>
              <w:t>Age Group</w:t>
            </w:r>
          </w:p>
        </w:tc>
        <w:tc>
          <w:tcPr>
            <w:tcW w:w="2160" w:type="dxa"/>
          </w:tcPr>
          <w:p w14:paraId="50EF66F0" w14:textId="77777777" w:rsidR="009579EA" w:rsidRDefault="00000000">
            <w:r>
              <w:t>Full Time</w:t>
            </w:r>
          </w:p>
        </w:tc>
        <w:tc>
          <w:tcPr>
            <w:tcW w:w="2160" w:type="dxa"/>
          </w:tcPr>
          <w:p w14:paraId="0B4CEE04" w14:textId="77777777" w:rsidR="009579EA" w:rsidRDefault="00000000">
            <w:r>
              <w:t>3 Days (MWF)</w:t>
            </w:r>
          </w:p>
        </w:tc>
        <w:tc>
          <w:tcPr>
            <w:tcW w:w="2160" w:type="dxa"/>
          </w:tcPr>
          <w:p w14:paraId="2153C75A" w14:textId="77777777" w:rsidR="009579EA" w:rsidRDefault="00000000">
            <w:r>
              <w:t>2 Days (TH)</w:t>
            </w:r>
          </w:p>
        </w:tc>
      </w:tr>
      <w:tr w:rsidR="009579EA" w14:paraId="46D0D19B" w14:textId="77777777">
        <w:tc>
          <w:tcPr>
            <w:tcW w:w="2160" w:type="dxa"/>
          </w:tcPr>
          <w:p w14:paraId="574EB74A" w14:textId="77777777" w:rsidR="009579EA" w:rsidRDefault="00000000">
            <w:r>
              <w:t>2 months – 16 months</w:t>
            </w:r>
          </w:p>
        </w:tc>
        <w:tc>
          <w:tcPr>
            <w:tcW w:w="2160" w:type="dxa"/>
          </w:tcPr>
          <w:p w14:paraId="01DA7637" w14:textId="77777777" w:rsidR="009579EA" w:rsidRDefault="00000000">
            <w:r>
              <w:t>$1943/month</w:t>
            </w:r>
          </w:p>
        </w:tc>
        <w:tc>
          <w:tcPr>
            <w:tcW w:w="2160" w:type="dxa"/>
          </w:tcPr>
          <w:p w14:paraId="34F5D7C6" w14:textId="77777777" w:rsidR="009579EA" w:rsidRDefault="00000000">
            <w:r>
              <w:t>$1491/month</w:t>
            </w:r>
          </w:p>
        </w:tc>
        <w:tc>
          <w:tcPr>
            <w:tcW w:w="2160" w:type="dxa"/>
          </w:tcPr>
          <w:p w14:paraId="56639ED2" w14:textId="77777777" w:rsidR="009579EA" w:rsidRDefault="00000000">
            <w:r>
              <w:t>$1092/month</w:t>
            </w:r>
          </w:p>
        </w:tc>
      </w:tr>
      <w:tr w:rsidR="009579EA" w14:paraId="630D9ABF" w14:textId="77777777">
        <w:tc>
          <w:tcPr>
            <w:tcW w:w="2160" w:type="dxa"/>
          </w:tcPr>
          <w:p w14:paraId="5405EFB0" w14:textId="77777777" w:rsidR="009579EA" w:rsidRDefault="00000000">
            <w:r>
              <w:t>16 – 24 months</w:t>
            </w:r>
          </w:p>
        </w:tc>
        <w:tc>
          <w:tcPr>
            <w:tcW w:w="2160" w:type="dxa"/>
          </w:tcPr>
          <w:p w14:paraId="02C91E9D" w14:textId="77777777" w:rsidR="009579EA" w:rsidRDefault="00000000">
            <w:r>
              <w:t>$1769/month</w:t>
            </w:r>
          </w:p>
        </w:tc>
        <w:tc>
          <w:tcPr>
            <w:tcW w:w="2160" w:type="dxa"/>
          </w:tcPr>
          <w:p w14:paraId="78A8212F" w14:textId="77777777" w:rsidR="009579EA" w:rsidRDefault="00000000">
            <w:r>
              <w:t>$1260/month</w:t>
            </w:r>
          </w:p>
        </w:tc>
        <w:tc>
          <w:tcPr>
            <w:tcW w:w="2160" w:type="dxa"/>
          </w:tcPr>
          <w:p w14:paraId="650DF219" w14:textId="77777777" w:rsidR="009579EA" w:rsidRDefault="00000000">
            <w:r>
              <w:t>$945/month</w:t>
            </w:r>
          </w:p>
        </w:tc>
      </w:tr>
      <w:tr w:rsidR="009579EA" w14:paraId="547295BC" w14:textId="77777777">
        <w:tc>
          <w:tcPr>
            <w:tcW w:w="2160" w:type="dxa"/>
          </w:tcPr>
          <w:p w14:paraId="1BF68048" w14:textId="77777777" w:rsidR="009579EA" w:rsidRDefault="00000000">
            <w:r>
              <w:t>24 months</w:t>
            </w:r>
          </w:p>
        </w:tc>
        <w:tc>
          <w:tcPr>
            <w:tcW w:w="2160" w:type="dxa"/>
          </w:tcPr>
          <w:p w14:paraId="5AA41D66" w14:textId="77777777" w:rsidR="009579EA" w:rsidRDefault="00000000">
            <w:r>
              <w:t>$1512/month</w:t>
            </w:r>
          </w:p>
        </w:tc>
        <w:tc>
          <w:tcPr>
            <w:tcW w:w="2160" w:type="dxa"/>
          </w:tcPr>
          <w:p w14:paraId="6508CAB0" w14:textId="77777777" w:rsidR="009579EA" w:rsidRDefault="00000000">
            <w:r>
              <w:t>$1134/month</w:t>
            </w:r>
          </w:p>
        </w:tc>
        <w:tc>
          <w:tcPr>
            <w:tcW w:w="2160" w:type="dxa"/>
          </w:tcPr>
          <w:p w14:paraId="1D54ACB6" w14:textId="77777777" w:rsidR="009579EA" w:rsidRDefault="00000000">
            <w:r>
              <w:t>$840/month</w:t>
            </w:r>
          </w:p>
        </w:tc>
      </w:tr>
      <w:tr w:rsidR="009579EA" w14:paraId="725C9195" w14:textId="77777777">
        <w:tc>
          <w:tcPr>
            <w:tcW w:w="2160" w:type="dxa"/>
          </w:tcPr>
          <w:p w14:paraId="4AE74269" w14:textId="77777777" w:rsidR="009579EA" w:rsidRDefault="00000000">
            <w:r>
              <w:t>36 months</w:t>
            </w:r>
          </w:p>
        </w:tc>
        <w:tc>
          <w:tcPr>
            <w:tcW w:w="2160" w:type="dxa"/>
          </w:tcPr>
          <w:p w14:paraId="24EB8C50" w14:textId="77777777" w:rsidR="009579EA" w:rsidRDefault="00000000">
            <w:r>
              <w:t>$1334/month</w:t>
            </w:r>
          </w:p>
        </w:tc>
        <w:tc>
          <w:tcPr>
            <w:tcW w:w="2160" w:type="dxa"/>
          </w:tcPr>
          <w:p w14:paraId="7B72AE8D" w14:textId="77777777" w:rsidR="009579EA" w:rsidRDefault="00000000">
            <w:r>
              <w:t>-</w:t>
            </w:r>
          </w:p>
        </w:tc>
        <w:tc>
          <w:tcPr>
            <w:tcW w:w="2160" w:type="dxa"/>
          </w:tcPr>
          <w:p w14:paraId="799F6116" w14:textId="77777777" w:rsidR="009579EA" w:rsidRDefault="00000000">
            <w:r>
              <w:t>-</w:t>
            </w:r>
          </w:p>
        </w:tc>
      </w:tr>
      <w:tr w:rsidR="009579EA" w14:paraId="5A6E1D63" w14:textId="77777777">
        <w:tc>
          <w:tcPr>
            <w:tcW w:w="2160" w:type="dxa"/>
          </w:tcPr>
          <w:p w14:paraId="644A066D" w14:textId="77777777" w:rsidR="009579EA" w:rsidRDefault="00000000">
            <w:r>
              <w:t>48 months</w:t>
            </w:r>
          </w:p>
        </w:tc>
        <w:tc>
          <w:tcPr>
            <w:tcW w:w="2160" w:type="dxa"/>
          </w:tcPr>
          <w:p w14:paraId="06E562D6" w14:textId="77777777" w:rsidR="009579EA" w:rsidRDefault="00000000">
            <w:r>
              <w:t>$1260/month</w:t>
            </w:r>
          </w:p>
        </w:tc>
        <w:tc>
          <w:tcPr>
            <w:tcW w:w="2160" w:type="dxa"/>
          </w:tcPr>
          <w:p w14:paraId="290D5A0D" w14:textId="77777777" w:rsidR="009579EA" w:rsidRDefault="00000000">
            <w:r>
              <w:t>-</w:t>
            </w:r>
          </w:p>
        </w:tc>
        <w:tc>
          <w:tcPr>
            <w:tcW w:w="2160" w:type="dxa"/>
          </w:tcPr>
          <w:p w14:paraId="004461F1" w14:textId="77777777" w:rsidR="009579EA" w:rsidRDefault="00000000">
            <w:r>
              <w:t>-</w:t>
            </w:r>
          </w:p>
        </w:tc>
      </w:tr>
    </w:tbl>
    <w:p w14:paraId="4D6A39B4" w14:textId="77777777" w:rsidR="009579EA" w:rsidRDefault="00000000">
      <w:r>
        <w:br/>
        <w:t>Sibling Discount: $75/month (1st child), $100/month (2nd child) – Full Time Only</w:t>
      </w:r>
    </w:p>
    <w:sectPr w:rsidR="009579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6662897">
    <w:abstractNumId w:val="8"/>
  </w:num>
  <w:num w:numId="2" w16cid:durableId="247690425">
    <w:abstractNumId w:val="6"/>
  </w:num>
  <w:num w:numId="3" w16cid:durableId="375281886">
    <w:abstractNumId w:val="5"/>
  </w:num>
  <w:num w:numId="4" w16cid:durableId="862403723">
    <w:abstractNumId w:val="4"/>
  </w:num>
  <w:num w:numId="5" w16cid:durableId="1471678040">
    <w:abstractNumId w:val="7"/>
  </w:num>
  <w:num w:numId="6" w16cid:durableId="1224756601">
    <w:abstractNumId w:val="3"/>
  </w:num>
  <w:num w:numId="7" w16cid:durableId="216864340">
    <w:abstractNumId w:val="2"/>
  </w:num>
  <w:num w:numId="8" w16cid:durableId="409154211">
    <w:abstractNumId w:val="1"/>
  </w:num>
  <w:num w:numId="9" w16cid:durableId="8403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86D"/>
    <w:rsid w:val="0015074B"/>
    <w:rsid w:val="0029639D"/>
    <w:rsid w:val="00326F90"/>
    <w:rsid w:val="003A17EA"/>
    <w:rsid w:val="006E35F4"/>
    <w:rsid w:val="009579EA"/>
    <w:rsid w:val="00AA1D8D"/>
    <w:rsid w:val="00B47730"/>
    <w:rsid w:val="00CB0664"/>
    <w:rsid w:val="00E42B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0B01C"/>
  <w14:defaultImageDpi w14:val="300"/>
  <w15:docId w15:val="{9A8BE366-851B-934E-9EFC-2D02A6A4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169</Words>
  <Characters>1407</Characters>
  <Application>Microsoft Office Word</Application>
  <DocSecurity>0</DocSecurity>
  <Lines>56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Jamie Schneider</cp:lastModifiedBy>
  <cp:revision>3</cp:revision>
  <cp:lastPrinted>2026-06-16T13:58:00Z</cp:lastPrinted>
  <dcterms:created xsi:type="dcterms:W3CDTF">2013-12-23T23:15:00Z</dcterms:created>
  <dcterms:modified xsi:type="dcterms:W3CDTF">2026-06-16T14:00:00Z</dcterms:modified>
  <cp:category/>
</cp:coreProperties>
</file>